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Rule="auto"/>
        <w:jc w:val="center"/>
        <w:rPr>
          <w:rFonts w:ascii="Arial" w:cs="Arial" w:eastAsia="Arial" w:hAnsi="Arial"/>
          <w:b w:val="1"/>
          <w:bCs w:val="1"/>
          <w:color w:val="1b365d"/>
          <w:sz w:val="40"/>
          <w:szCs w:val="40"/>
        </w:rPr>
      </w:pPr>
      <w:r w:rsidDel="00000000" w:rsidR="00000000" w:rsidRPr="00000000">
        <w:rPr>
          <w:rFonts w:ascii="Arial" w:cs="Arial" w:eastAsia="Arial" w:hAnsi="Arial"/>
          <w:b w:val="1"/>
          <w:bCs w:val="1"/>
          <w:color w:val="1b365d"/>
          <w:sz w:val="40"/>
          <w:szCs w:val="40"/>
          <w:rtl w:val="0"/>
        </w:rPr>
        <w:t xml:space="preserve">EMSO EVOLVE </w:t>
      </w:r>
    </w:p>
    <w:p w:rsidR="00000000" w:rsidDel="00000000" w:rsidP="00000000" w:rsidRDefault="00000000" w:rsidRPr="00000000" w14:paraId="00000002">
      <w:pPr>
        <w:spacing w:after="40" w:before="0" w:lineRule="auto"/>
        <w:jc w:val="center"/>
        <w:rPr/>
      </w:pPr>
      <w:r w:rsidDel="00000000" w:rsidR="00000000" w:rsidRPr="00000000">
        <w:rPr>
          <w:rFonts w:ascii="Arial" w:cs="Arial" w:eastAsia="Arial" w:hAnsi="Arial"/>
          <w:b w:val="1"/>
          <w:bCs w:val="1"/>
          <w:color w:val="1b365d"/>
          <w:sz w:val="40"/>
          <w:szCs w:val="40"/>
          <w:rtl w:val="0"/>
        </w:rPr>
        <w:t xml:space="preserve">KOM Logistics &amp; Practical Information GUIDE</w:t>
      </w:r>
      <w:r w:rsidDel="00000000" w:rsidR="00000000" w:rsidRPr="00000000">
        <w:rPr>
          <w:rtl w:val="0"/>
        </w:rPr>
      </w:r>
    </w:p>
    <w:p w:rsidR="00000000" w:rsidDel="00000000" w:rsidP="00000000" w:rsidRDefault="00000000" w:rsidRPr="00000000" w14:paraId="00000003">
      <w:pPr>
        <w:spacing w:after="280" w:before="0" w:lineRule="auto"/>
        <w:jc w:val="center"/>
        <w:rPr>
          <w:rFonts w:ascii="Arial" w:cs="Arial" w:eastAsia="Arial" w:hAnsi="Arial"/>
          <w:i w:val="1"/>
          <w:iCs w:val="1"/>
          <w:color w:val="386635"/>
          <w:sz w:val="22"/>
          <w:szCs w:val="22"/>
        </w:rPr>
      </w:pPr>
      <w:r w:rsidDel="00000000" w:rsidR="00000000" w:rsidRPr="00000000">
        <w:rPr>
          <w:rFonts w:ascii="Arial" w:cs="Arial" w:eastAsia="Arial" w:hAnsi="Arial"/>
          <w:i w:val="1"/>
          <w:iCs w:val="1"/>
          <w:color w:val="386635"/>
          <w:sz w:val="22"/>
          <w:szCs w:val="22"/>
          <w:rtl w:val="0"/>
        </w:rPr>
        <w:t xml:space="preserve">Meeting Venue, Logistics &amp; Social Programme (6–</w:t>
      </w:r>
      <w:r w:rsidDel="00000000" w:rsidR="00000000" w:rsidRPr="00000000">
        <w:rPr>
          <w:rFonts w:ascii="Arial" w:cs="Arial" w:eastAsia="Arial" w:hAnsi="Arial"/>
          <w:i w:val="1"/>
          <w:iCs w:val="1"/>
          <w:color w:val="386635"/>
          <w:rtl w:val="0"/>
        </w:rPr>
        <w:t xml:space="preserve">8</w:t>
      </w:r>
      <w:r w:rsidDel="00000000" w:rsidR="00000000" w:rsidRPr="00000000">
        <w:rPr>
          <w:rFonts w:ascii="Arial" w:cs="Arial" w:eastAsia="Arial" w:hAnsi="Arial"/>
          <w:i w:val="1"/>
          <w:iCs w:val="1"/>
          <w:color w:val="386635"/>
          <w:sz w:val="22"/>
          <w:szCs w:val="22"/>
          <w:rtl w:val="0"/>
        </w:rPr>
        <w:t xml:space="preserve"> October)</w:t>
      </w:r>
    </w:p>
    <w:p w:rsidR="00000000" w:rsidDel="00000000" w:rsidP="00000000" w:rsidRDefault="00000000" w:rsidRPr="00000000" w14:paraId="00000004">
      <w:pPr>
        <w:spacing w:after="280" w:before="0" w:lineRule="auto"/>
        <w:jc w:val="center"/>
        <w:rPr>
          <w:rFonts w:ascii="Arial" w:cs="Arial" w:eastAsia="Arial" w:hAnsi="Arial"/>
          <w:i w:val="1"/>
          <w:iCs w:val="1"/>
          <w:color w:val="386635"/>
        </w:rPr>
      </w:pPr>
      <w:r w:rsidDel="00000000" w:rsidR="00000000" w:rsidRPr="00000000">
        <w:rPr>
          <w:rtl w:val="0"/>
        </w:rPr>
      </w:r>
    </w:p>
    <w:p w:rsidR="00000000" w:rsidDel="00000000" w:rsidP="00000000" w:rsidRDefault="00000000" w:rsidRPr="00000000" w14:paraId="00000005">
      <w:pPr>
        <w:spacing w:after="80" w:lineRule="auto"/>
        <w:rPr>
          <w:rFonts w:ascii="Arial" w:cs="Arial" w:eastAsia="Arial" w:hAnsi="Arial"/>
          <w:b w:val="1"/>
          <w:bCs w:val="1"/>
          <w:color w:val="386635"/>
          <w:sz w:val="36"/>
          <w:szCs w:val="36"/>
        </w:rPr>
      </w:pPr>
      <w:r w:rsidDel="00000000" w:rsidR="00000000" w:rsidRPr="00000000">
        <w:rPr>
          <w:rFonts w:ascii="Arial" w:cs="Arial" w:eastAsia="Arial" w:hAnsi="Arial"/>
          <w:b w:val="1"/>
          <w:bCs w:val="1"/>
          <w:color w:val="386635"/>
          <w:sz w:val="36"/>
          <w:szCs w:val="36"/>
          <w:rtl w:val="0"/>
        </w:rPr>
        <w:t xml:space="preserve">6 - 8 OCTOBER </w:t>
      </w:r>
    </w:p>
    <w:p w:rsidR="00000000" w:rsidDel="00000000" w:rsidP="00000000" w:rsidRDefault="00000000" w:rsidRPr="00000000" w14:paraId="00000006">
      <w:pPr>
        <w:spacing w:after="80" w:lineRule="auto"/>
        <w:rPr>
          <w:sz w:val="36"/>
          <w:szCs w:val="36"/>
        </w:rPr>
      </w:pPr>
      <w:r w:rsidDel="00000000" w:rsidR="00000000" w:rsidRPr="00000000">
        <w:rPr>
          <w:rFonts w:ascii="Arial" w:cs="Arial" w:eastAsia="Arial" w:hAnsi="Arial"/>
          <w:b w:val="1"/>
          <w:bCs w:val="1"/>
          <w:color w:val="1b365d"/>
          <w:sz w:val="36"/>
          <w:szCs w:val="36"/>
          <w:rtl w:val="0"/>
        </w:rPr>
        <w:t xml:space="preserve">EMSO EVOLVE Kick Off Meeting</w:t>
      </w:r>
      <w:r w:rsidDel="00000000" w:rsidR="00000000" w:rsidRPr="00000000">
        <w:rPr>
          <w:rtl w:val="0"/>
        </w:rPr>
      </w:r>
    </w:p>
    <w:p w:rsidR="00000000" w:rsidDel="00000000" w:rsidP="00000000" w:rsidRDefault="00000000" w:rsidRPr="00000000" w14:paraId="00000007">
      <w:pPr>
        <w:spacing w:after="40" w:before="40" w:lineRule="auto"/>
        <w:rPr/>
      </w:pPr>
      <w:r w:rsidDel="00000000" w:rsidR="00000000" w:rsidRPr="00000000">
        <w:rPr>
          <w:rFonts w:ascii="Arial" w:cs="Arial" w:eastAsia="Arial" w:hAnsi="Arial"/>
          <w:b w:val="1"/>
          <w:bCs w:val="1"/>
          <w:color w:val="2b7a9e"/>
          <w:rtl w:val="0"/>
        </w:rPr>
        <w:t xml:space="preserve">• Location: </w:t>
      </w:r>
      <w:r w:rsidDel="00000000" w:rsidR="00000000" w:rsidRPr="00000000">
        <w:rPr>
          <w:rFonts w:ascii="Arial" w:cs="Arial" w:eastAsia="Arial" w:hAnsi="Arial"/>
          <w:b w:val="1"/>
          <w:bCs w:val="1"/>
          <w:color w:val="1b365d"/>
          <w:rtl w:val="0"/>
        </w:rPr>
        <w:t xml:space="preserve">Hotel Genova Rome (Meeting Room)</w:t>
      </w:r>
      <w:r w:rsidDel="00000000" w:rsidR="00000000" w:rsidRPr="00000000">
        <w:rPr>
          <w:rtl w:val="0"/>
        </w:rPr>
      </w:r>
    </w:p>
    <w:p w:rsidR="00000000" w:rsidDel="00000000" w:rsidP="00000000" w:rsidRDefault="00000000" w:rsidRPr="00000000" w14:paraId="00000008">
      <w:pPr>
        <w:spacing w:after="40" w:before="40" w:lineRule="auto"/>
        <w:rPr/>
      </w:pPr>
      <w:r w:rsidDel="00000000" w:rsidR="00000000" w:rsidRPr="00000000">
        <w:rPr>
          <w:rFonts w:ascii="Arial" w:cs="Arial" w:eastAsia="Arial" w:hAnsi="Arial"/>
          <w:b w:val="1"/>
          <w:bCs w:val="1"/>
          <w:color w:val="2b7a9e"/>
          <w:rtl w:val="0"/>
        </w:rPr>
        <w:t xml:space="preserve">• Address: </w:t>
      </w:r>
      <w:r w:rsidDel="00000000" w:rsidR="00000000" w:rsidRPr="00000000">
        <w:rPr>
          <w:rFonts w:ascii="Arial" w:cs="Arial" w:eastAsia="Arial" w:hAnsi="Arial"/>
          <w:color w:val="323232"/>
          <w:rtl w:val="0"/>
        </w:rPr>
        <w:t xml:space="preserve">Via Cavour 25, 00184 Rome, Italy</w:t>
      </w:r>
      <w:r w:rsidDel="00000000" w:rsidR="00000000" w:rsidRPr="00000000">
        <w:rPr>
          <w:rtl w:val="0"/>
        </w:rPr>
      </w:r>
    </w:p>
    <w:p w:rsidR="00000000" w:rsidDel="00000000" w:rsidP="00000000" w:rsidRDefault="00000000" w:rsidRPr="00000000" w14:paraId="00000009">
      <w:pPr>
        <w:spacing w:after="40" w:before="40" w:lineRule="auto"/>
        <w:rPr>
          <w:rFonts w:ascii="Arial" w:cs="Arial" w:eastAsia="Arial" w:hAnsi="Arial"/>
          <w:color w:val="323232"/>
        </w:rPr>
      </w:pPr>
      <w:r w:rsidDel="00000000" w:rsidR="00000000" w:rsidRPr="00000000">
        <w:rPr>
          <w:rFonts w:ascii="Arial" w:cs="Arial" w:eastAsia="Arial" w:hAnsi="Arial"/>
          <w:b w:val="1"/>
          <w:bCs w:val="1"/>
          <w:color w:val="2b7a9e"/>
          <w:rtl w:val="0"/>
        </w:rPr>
        <w:t xml:space="preserve">• Note: </w:t>
      </w:r>
      <w:r w:rsidDel="00000000" w:rsidR="00000000" w:rsidRPr="00000000">
        <w:rPr>
          <w:rFonts w:ascii="Arial" w:cs="Arial" w:eastAsia="Arial" w:hAnsi="Arial"/>
          <w:color w:val="323232"/>
          <w:rtl w:val="0"/>
        </w:rPr>
        <w:t xml:space="preserve">All working sessions and event meetings will take place at Hotel Genova.</w:t>
      </w:r>
    </w:p>
    <w:p w:rsidR="00000000" w:rsidDel="00000000" w:rsidP="00000000" w:rsidRDefault="00000000" w:rsidRPr="00000000" w14:paraId="0000000A">
      <w:pPr>
        <w:spacing w:after="40" w:before="40" w:lineRule="auto"/>
        <w:rPr>
          <w:rFonts w:ascii="Arial" w:cs="Arial" w:eastAsia="Arial" w:hAnsi="Arial"/>
          <w:color w:val="323232"/>
          <w:sz w:val="19"/>
          <w:szCs w:val="19"/>
        </w:rPr>
      </w:pPr>
      <w:r w:rsidDel="00000000" w:rsidR="00000000" w:rsidRPr="00000000">
        <w:rPr>
          <w:rtl w:val="0"/>
        </w:rPr>
      </w:r>
    </w:p>
    <w:tbl>
      <w:tblPr>
        <w:tblStyle w:val="Table1"/>
        <w:tblW w:w="9936.0" w:type="dxa"/>
        <w:jc w:val="center"/>
        <w:tblLayout w:type="fixed"/>
        <w:tblLook w:val="0400"/>
      </w:tblPr>
      <w:tblGrid>
        <w:gridCol w:w="9936"/>
        <w:tblGridChange w:id="0">
          <w:tblGrid>
            <w:gridCol w:w="9936"/>
          </w:tblGrid>
        </w:tblGridChange>
      </w:tblGrid>
      <w:tr>
        <w:trPr>
          <w:cantSplit w:val="0"/>
          <w:tblHeader w:val="0"/>
        </w:trPr>
        <w:tc>
          <w:tcPr>
            <w:shd w:fill="1b365d" w:val="clear"/>
            <w:tcMar>
              <w:top w:w="160.0" w:type="dxa"/>
              <w:left w:w="200.0" w:type="dxa"/>
              <w:bottom w:w="160.0" w:type="dxa"/>
              <w:right w:w="200.0" w:type="dxa"/>
            </w:tcMar>
          </w:tcPr>
          <w:p w:rsidR="00000000" w:rsidDel="00000000" w:rsidP="00000000" w:rsidRDefault="00000000" w:rsidRPr="00000000" w14:paraId="0000000B">
            <w:pPr>
              <w:spacing w:after="80" w:lineRule="auto"/>
              <w:rPr/>
            </w:pPr>
            <w:r w:rsidDel="00000000" w:rsidR="00000000" w:rsidRPr="00000000">
              <w:rPr>
                <w:rFonts w:ascii="Arial" w:cs="Arial" w:eastAsia="Arial" w:hAnsi="Arial"/>
                <w:b w:val="1"/>
                <w:bCs w:val="1"/>
                <w:color w:val="ffffff"/>
                <w:rtl w:val="0"/>
              </w:rPr>
              <w:t xml:space="preserve">📍 MAIN MEETING VENUE</w:t>
            </w:r>
            <w:r w:rsidDel="00000000" w:rsidR="00000000" w:rsidRPr="00000000">
              <w:rPr>
                <w:rtl w:val="0"/>
              </w:rPr>
            </w:r>
          </w:p>
          <w:p w:rsidR="00000000" w:rsidDel="00000000" w:rsidP="00000000" w:rsidRDefault="00000000" w:rsidRPr="00000000" w14:paraId="0000000C">
            <w:pPr>
              <w:spacing w:after="40" w:lineRule="auto"/>
              <w:rPr/>
            </w:pPr>
            <w:r w:rsidDel="00000000" w:rsidR="00000000" w:rsidRPr="00000000">
              <w:rPr>
                <w:rFonts w:ascii="Arial" w:cs="Arial" w:eastAsia="Arial" w:hAnsi="Arial"/>
                <w:b w:val="1"/>
                <w:bCs w:val="1"/>
                <w:color w:val="ffffff"/>
                <w:rtl w:val="0"/>
              </w:rPr>
              <w:t xml:space="preserve">Hotel Genova Rome (</w:t>
            </w:r>
            <w:hyperlink r:id="rId7">
              <w:r w:rsidDel="00000000" w:rsidR="00000000" w:rsidRPr="00000000">
                <w:rPr>
                  <w:rFonts w:ascii="Arial" w:cs="Arial" w:eastAsia="Arial" w:hAnsi="Arial"/>
                  <w:b w:val="1"/>
                  <w:bCs w:val="1"/>
                  <w:color w:val="ffffff"/>
                  <w:u w:val="single"/>
                  <w:rtl w:val="0"/>
                </w:rPr>
                <w:t xml:space="preserve">link</w:t>
              </w:r>
            </w:hyperlink>
            <w:r w:rsidDel="00000000" w:rsidR="00000000" w:rsidRPr="00000000">
              <w:rPr>
                <w:rFonts w:ascii="Arial" w:cs="Arial" w:eastAsia="Arial" w:hAnsi="Arial"/>
                <w:b w:val="1"/>
                <w:bCs w:val="1"/>
                <w:color w:val="ffffff"/>
                <w:rtl w:val="0"/>
              </w:rPr>
              <w:t xml:space="preserve"> for further information)</w:t>
            </w:r>
            <w:r w:rsidDel="00000000" w:rsidR="00000000" w:rsidRPr="00000000">
              <w:rPr>
                <w:rtl w:val="0"/>
              </w:rPr>
            </w:r>
          </w:p>
          <w:p w:rsidR="00000000" w:rsidDel="00000000" w:rsidP="00000000" w:rsidRDefault="00000000" w:rsidRPr="00000000" w14:paraId="0000000D">
            <w:pPr>
              <w:spacing w:after="0" w:lineRule="auto"/>
              <w:rPr>
                <w:rFonts w:ascii="Arial" w:cs="Arial" w:eastAsia="Arial" w:hAnsi="Arial"/>
                <w:color w:val="dcebf5"/>
              </w:rPr>
            </w:pPr>
            <w:r w:rsidDel="00000000" w:rsidR="00000000" w:rsidRPr="00000000">
              <w:rPr>
                <w:rFonts w:ascii="Arial" w:cs="Arial" w:eastAsia="Arial" w:hAnsi="Arial"/>
                <w:color w:val="dcebf5"/>
                <w:rtl w:val="0"/>
              </w:rPr>
              <w:t xml:space="preserve">Via Cavour 25, 00184 Rome, Italy (Near Roma Termini Railway Station)</w:t>
            </w:r>
          </w:p>
          <w:p w:rsidR="00000000" w:rsidDel="00000000" w:rsidP="00000000" w:rsidRDefault="00000000" w:rsidRPr="00000000" w14:paraId="0000000E">
            <w:pPr>
              <w:spacing w:after="0" w:lineRule="auto"/>
              <w:rPr>
                <w:rFonts w:ascii="Arial" w:cs="Arial" w:eastAsia="Arial" w:hAnsi="Arial"/>
                <w:color w:val="dcebf5"/>
                <w:sz w:val="20"/>
                <w:szCs w:val="20"/>
              </w:rPr>
            </w:pPr>
            <w:r w:rsidDel="00000000" w:rsidR="00000000" w:rsidRPr="00000000">
              <w:rPr>
                <w:rFonts w:ascii="Arial" w:cs="Arial" w:eastAsia="Arial" w:hAnsi="Arial"/>
                <w:color w:val="dcebf5"/>
                <w:sz w:val="20"/>
                <w:szCs w:val="20"/>
              </w:rPr>
              <w:drawing>
                <wp:inline distB="114300" distT="114300" distL="114300" distR="114300">
                  <wp:extent cx="6057900" cy="4038600"/>
                  <wp:effectExtent b="0" l="0" r="0" t="0"/>
                  <wp:docPr id="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6057900" cy="40386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pacing w:after="0" w:lineRule="auto"/>
              <w:rPr>
                <w:rFonts w:ascii="Arial" w:cs="Arial" w:eastAsia="Arial" w:hAnsi="Arial"/>
                <w:color w:val="dcebf5"/>
                <w:sz w:val="20"/>
                <w:szCs w:val="20"/>
              </w:rPr>
            </w:pPr>
            <w:r w:rsidDel="00000000" w:rsidR="00000000" w:rsidRPr="00000000">
              <w:rPr>
                <w:rtl w:val="0"/>
              </w:rPr>
            </w:r>
          </w:p>
          <w:p w:rsidR="00000000" w:rsidDel="00000000" w:rsidP="00000000" w:rsidRDefault="00000000" w:rsidRPr="00000000" w14:paraId="00000010">
            <w:pPr>
              <w:spacing w:after="240" w:line="276" w:lineRule="auto"/>
              <w:rPr>
                <w:rFonts w:ascii="Arial" w:cs="Arial" w:eastAsia="Arial" w:hAnsi="Arial"/>
                <w:b w:val="1"/>
                <w:bCs w:val="1"/>
                <w:color w:val="dcebf5"/>
              </w:rPr>
            </w:pPr>
            <w:r w:rsidDel="00000000" w:rsidR="00000000" w:rsidRPr="00000000">
              <w:rPr>
                <w:rFonts w:ascii="Arial" w:cs="Arial" w:eastAsia="Arial" w:hAnsi="Arial"/>
                <w:b w:val="1"/>
                <w:bCs w:val="1"/>
                <w:color w:val="dcebf5"/>
                <w:rtl w:val="0"/>
              </w:rPr>
              <w:t xml:space="preserve">Travel Options:</w:t>
            </w:r>
          </w:p>
          <w:p w:rsidR="00000000" w:rsidDel="00000000" w:rsidP="00000000" w:rsidRDefault="00000000" w:rsidRPr="00000000" w14:paraId="00000011">
            <w:pPr>
              <w:numPr>
                <w:ilvl w:val="0"/>
                <w:numId w:val="1"/>
              </w:numPr>
              <w:spacing w:after="240" w:before="240" w:line="276" w:lineRule="auto"/>
              <w:ind w:left="720" w:hanging="360"/>
              <w:rPr>
                <w:rFonts w:ascii="Arial" w:cs="Arial" w:eastAsia="Arial" w:hAnsi="Arial"/>
                <w:b w:val="1"/>
                <w:bCs w:val="1"/>
                <w:color w:val="dcebf5"/>
              </w:rPr>
            </w:pPr>
            <w:r w:rsidDel="00000000" w:rsidR="00000000" w:rsidRPr="00000000">
              <w:rPr>
                <w:rFonts w:ascii="Arial" w:cs="Arial" w:eastAsia="Arial" w:hAnsi="Arial"/>
                <w:b w:val="1"/>
                <w:bCs w:val="1"/>
                <w:color w:val="dcebf5"/>
                <w:rtl w:val="0"/>
              </w:rPr>
              <w:t xml:space="preserve">From Roma Termini Railway Station:</w:t>
            </w:r>
          </w:p>
          <w:p w:rsidR="00000000" w:rsidDel="00000000" w:rsidP="00000000" w:rsidRDefault="00000000" w:rsidRPr="00000000" w14:paraId="00000012">
            <w:pPr>
              <w:spacing w:after="240" w:before="240" w:line="276" w:lineRule="auto"/>
              <w:ind w:left="720" w:firstLine="0"/>
              <w:rPr>
                <w:rFonts w:ascii="Arial" w:cs="Arial" w:eastAsia="Arial" w:hAnsi="Arial"/>
                <w:color w:val="dcebf5"/>
              </w:rPr>
            </w:pPr>
            <w:r w:rsidDel="00000000" w:rsidR="00000000" w:rsidRPr="00000000">
              <w:rPr>
                <w:rFonts w:ascii="Arial" w:cs="Arial" w:eastAsia="Arial" w:hAnsi="Arial"/>
                <w:b w:val="1"/>
                <w:bCs w:val="1"/>
                <w:color w:val="dcebf5"/>
                <w:rtl w:val="0"/>
              </w:rPr>
              <w:t xml:space="preserve">On Foot: The hotel is approximately a 5-minute walk from Roma Termini. Head southwest on Via Cavour directly toward the venue (map below).</w:t>
            </w:r>
            <w:r w:rsidDel="00000000" w:rsidR="00000000" w:rsidRPr="00000000">
              <w:rPr>
                <w:rtl w:val="0"/>
              </w:rPr>
            </w:r>
          </w:p>
          <w:p w:rsidR="00000000" w:rsidDel="00000000" w:rsidP="00000000" w:rsidRDefault="00000000" w:rsidRPr="00000000" w14:paraId="00000013">
            <w:pPr>
              <w:spacing w:after="0" w:lineRule="auto"/>
              <w:rPr>
                <w:rFonts w:ascii="Arial" w:cs="Arial" w:eastAsia="Arial" w:hAnsi="Arial"/>
                <w:color w:val="dcebf5"/>
                <w:sz w:val="20"/>
                <w:szCs w:val="20"/>
              </w:rPr>
            </w:pPr>
            <w:r w:rsidDel="00000000" w:rsidR="00000000" w:rsidRPr="00000000">
              <w:rPr>
                <w:rFonts w:ascii="Arial" w:cs="Arial" w:eastAsia="Arial" w:hAnsi="Arial"/>
                <w:color w:val="dcebf5"/>
                <w:sz w:val="20"/>
                <w:szCs w:val="20"/>
              </w:rPr>
              <w:drawing>
                <wp:inline distB="114300" distT="114300" distL="114300" distR="114300">
                  <wp:extent cx="5950268" cy="3848100"/>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950268"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0" w:lineRule="auto"/>
              <w:rPr>
                <w:rFonts w:ascii="Arial" w:cs="Arial" w:eastAsia="Arial" w:hAnsi="Arial"/>
                <w:color w:val="dcebf5"/>
                <w:sz w:val="20"/>
                <w:szCs w:val="20"/>
              </w:rPr>
            </w:pPr>
            <w:r w:rsidDel="00000000" w:rsidR="00000000" w:rsidRPr="00000000">
              <w:rPr>
                <w:rtl w:val="0"/>
              </w:rPr>
            </w:r>
          </w:p>
          <w:p w:rsidR="00000000" w:rsidDel="00000000" w:rsidP="00000000" w:rsidRDefault="00000000" w:rsidRPr="00000000" w14:paraId="00000015">
            <w:pPr>
              <w:numPr>
                <w:ilvl w:val="0"/>
                <w:numId w:val="1"/>
              </w:numPr>
              <w:spacing w:after="240" w:line="276" w:lineRule="auto"/>
              <w:ind w:left="720" w:hanging="360"/>
              <w:rPr>
                <w:rFonts w:ascii="Arial" w:cs="Arial" w:eastAsia="Arial" w:hAnsi="Arial"/>
                <w:b w:val="1"/>
                <w:bCs w:val="1"/>
                <w:color w:val="dcebf5"/>
              </w:rPr>
            </w:pPr>
            <w:r w:rsidDel="00000000" w:rsidR="00000000" w:rsidRPr="00000000">
              <w:rPr>
                <w:rFonts w:ascii="Arial" w:cs="Arial" w:eastAsia="Arial" w:hAnsi="Arial"/>
                <w:b w:val="1"/>
                <w:bCs w:val="1"/>
                <w:color w:val="dcebf5"/>
                <w:rtl w:val="0"/>
              </w:rPr>
              <w:t xml:space="preserve">From Rome Fiumicino Airport:</w:t>
            </w:r>
          </w:p>
          <w:p w:rsidR="00000000" w:rsidDel="00000000" w:rsidP="00000000" w:rsidRDefault="00000000" w:rsidRPr="00000000" w14:paraId="00000016">
            <w:pPr>
              <w:spacing w:after="240" w:line="276" w:lineRule="auto"/>
              <w:ind w:left="720" w:firstLine="0"/>
              <w:rPr>
                <w:rFonts w:ascii="Arial" w:cs="Arial" w:eastAsia="Arial" w:hAnsi="Arial"/>
                <w:color w:val="dcebf5"/>
              </w:rPr>
            </w:pPr>
            <w:r w:rsidDel="00000000" w:rsidR="00000000" w:rsidRPr="00000000">
              <w:rPr>
                <w:rFonts w:ascii="Arial" w:cs="Arial" w:eastAsia="Arial" w:hAnsi="Arial"/>
                <w:b w:val="1"/>
                <w:bCs w:val="1"/>
                <w:color w:val="dcebf5"/>
                <w:rtl w:val="0"/>
              </w:rPr>
              <w:t xml:space="preserve">Leonardo Express Train:</w:t>
            </w:r>
            <w:r w:rsidDel="00000000" w:rsidR="00000000" w:rsidRPr="00000000">
              <w:rPr>
                <w:rFonts w:ascii="Arial" w:cs="Arial" w:eastAsia="Arial" w:hAnsi="Arial"/>
                <w:color w:val="dcebf5"/>
                <w:rtl w:val="0"/>
              </w:rPr>
              <w:t xml:space="preserve"> From the train station inside Rome Fiumicino Airport, take the direct train to Roma Termini (departures every 15–30 minutes, travel time approx. 30 minutes). From Termini station, the hotel is just a 5-minute walk away.</w:t>
            </w:r>
          </w:p>
          <w:p w:rsidR="00000000" w:rsidDel="00000000" w:rsidP="00000000" w:rsidRDefault="00000000" w:rsidRPr="00000000" w14:paraId="00000017">
            <w:pPr>
              <w:spacing w:after="240" w:line="276" w:lineRule="auto"/>
              <w:ind w:left="720" w:firstLine="0"/>
              <w:rPr>
                <w:rFonts w:ascii="Arial" w:cs="Arial" w:eastAsia="Arial" w:hAnsi="Arial"/>
                <w:color w:val="dcebf5"/>
              </w:rPr>
            </w:pPr>
            <w:r w:rsidDel="00000000" w:rsidR="00000000" w:rsidRPr="00000000">
              <w:rPr>
                <w:rFonts w:ascii="Arial" w:cs="Arial" w:eastAsia="Arial" w:hAnsi="Arial"/>
                <w:b w:val="1"/>
                <w:bCs w:val="1"/>
                <w:color w:val="dcebf5"/>
                <w:rtl w:val="0"/>
              </w:rPr>
              <w:t xml:space="preserve">Taxi:</w:t>
            </w:r>
            <w:r w:rsidDel="00000000" w:rsidR="00000000" w:rsidRPr="00000000">
              <w:rPr>
                <w:rFonts w:ascii="Arial" w:cs="Arial" w:eastAsia="Arial" w:hAnsi="Arial"/>
                <w:color w:val="dcebf5"/>
                <w:rtl w:val="0"/>
              </w:rPr>
              <w:t xml:space="preserve"> Travel time from Rome Fiumicino Airport is approximately 30–45 minutes depending on traffic. The fixed regulated taxi fare from Fiumicino to Rome city center is usually €50. </w:t>
            </w:r>
          </w:p>
          <w:p w:rsidR="00000000" w:rsidDel="00000000" w:rsidP="00000000" w:rsidRDefault="00000000" w:rsidRPr="00000000" w14:paraId="00000018">
            <w:pPr>
              <w:spacing w:after="0" w:lineRule="auto"/>
              <w:rPr>
                <w:rFonts w:ascii="Arial" w:cs="Arial" w:eastAsia="Arial" w:hAnsi="Arial"/>
                <w:color w:val="dcebf5"/>
                <w:sz w:val="20"/>
                <w:szCs w:val="20"/>
              </w:rPr>
            </w:pPr>
            <w:r w:rsidDel="00000000" w:rsidR="00000000" w:rsidRPr="00000000">
              <w:rPr>
                <w:rtl w:val="0"/>
              </w:rPr>
            </w:r>
          </w:p>
        </w:tc>
      </w:tr>
    </w:tbl>
    <w:p w:rsidR="00000000" w:rsidDel="00000000" w:rsidP="00000000" w:rsidRDefault="00000000" w:rsidRPr="00000000" w14:paraId="00000019">
      <w:pPr>
        <w:spacing w:after="160" w:lineRule="auto"/>
        <w:rPr/>
      </w:pPr>
      <w:r w:rsidDel="00000000" w:rsidR="00000000" w:rsidRPr="00000000">
        <w:rPr>
          <w:rtl w:val="0"/>
        </w:rPr>
      </w:r>
    </w:p>
    <w:p w:rsidR="00000000" w:rsidDel="00000000" w:rsidP="00000000" w:rsidRDefault="00000000" w:rsidRPr="00000000" w14:paraId="0000001A">
      <w:pPr>
        <w:spacing w:after="160" w:lineRule="auto"/>
        <w:rPr/>
      </w:pPr>
      <w:r w:rsidDel="00000000" w:rsidR="00000000" w:rsidRPr="00000000">
        <w:rPr>
          <w:rtl w:val="0"/>
        </w:rPr>
      </w:r>
    </w:p>
    <w:p w:rsidR="00000000" w:rsidDel="00000000" w:rsidP="00000000" w:rsidRDefault="00000000" w:rsidRPr="00000000" w14:paraId="0000001B">
      <w:pPr>
        <w:spacing w:after="40" w:before="40" w:lineRule="auto"/>
        <w:rPr/>
      </w:pPr>
      <w:r w:rsidDel="00000000" w:rsidR="00000000" w:rsidRPr="00000000">
        <w:rPr>
          <w:rtl w:val="0"/>
        </w:rPr>
      </w:r>
    </w:p>
    <w:p w:rsidR="00000000" w:rsidDel="00000000" w:rsidP="00000000" w:rsidRDefault="00000000" w:rsidRPr="00000000" w14:paraId="0000001C">
      <w:pPr>
        <w:spacing w:after="80" w:lineRule="auto"/>
        <w:rPr>
          <w:rFonts w:ascii="Arial" w:cs="Arial" w:eastAsia="Arial" w:hAnsi="Arial"/>
          <w:b w:val="1"/>
          <w:bCs w:val="1"/>
          <w:color w:val="386635"/>
          <w:sz w:val="36"/>
          <w:szCs w:val="36"/>
        </w:rPr>
      </w:pPr>
      <w:r w:rsidDel="00000000" w:rsidR="00000000" w:rsidRPr="00000000">
        <w:rPr>
          <w:rFonts w:ascii="Arial" w:cs="Arial" w:eastAsia="Arial" w:hAnsi="Arial"/>
          <w:b w:val="1"/>
          <w:bCs w:val="1"/>
          <w:color w:val="386635"/>
          <w:sz w:val="36"/>
          <w:szCs w:val="36"/>
          <w:rtl w:val="0"/>
        </w:rPr>
        <w:t xml:space="preserve">6 OCTOBER  </w:t>
      </w:r>
    </w:p>
    <w:p w:rsidR="00000000" w:rsidDel="00000000" w:rsidP="00000000" w:rsidRDefault="00000000" w:rsidRPr="00000000" w14:paraId="0000001D">
      <w:pPr>
        <w:spacing w:after="80" w:lineRule="auto"/>
        <w:rPr>
          <w:rFonts w:ascii="Arial" w:cs="Arial" w:eastAsia="Arial" w:hAnsi="Arial"/>
          <w:b w:val="1"/>
          <w:bCs w:val="1"/>
          <w:color w:val="1b365d"/>
          <w:sz w:val="36"/>
          <w:szCs w:val="36"/>
        </w:rPr>
      </w:pPr>
      <w:r w:rsidDel="00000000" w:rsidR="00000000" w:rsidRPr="00000000">
        <w:rPr>
          <w:rFonts w:ascii="Arial" w:cs="Arial" w:eastAsia="Arial" w:hAnsi="Arial"/>
          <w:b w:val="1"/>
          <w:bCs w:val="1"/>
          <w:color w:val="1b365d"/>
          <w:sz w:val="36"/>
          <w:szCs w:val="36"/>
          <w:rtl w:val="0"/>
        </w:rPr>
        <w:t xml:space="preserve">Guided Walking Tour of Historic Rome</w:t>
      </w:r>
    </w:p>
    <w:p w:rsidR="00000000" w:rsidDel="00000000" w:rsidP="00000000" w:rsidRDefault="00000000" w:rsidRPr="00000000" w14:paraId="0000001E">
      <w:pPr>
        <w:spacing w:after="80" w:lineRule="auto"/>
        <w:rPr>
          <w:rFonts w:ascii="Arial" w:cs="Arial" w:eastAsia="Arial" w:hAnsi="Arial"/>
          <w:b w:val="1"/>
          <w:bCs w:val="1"/>
          <w:color w:val="1b365d"/>
          <w:sz w:val="36"/>
          <w:szCs w:val="36"/>
        </w:rPr>
      </w:pPr>
      <w:r w:rsidDel="00000000" w:rsidR="00000000" w:rsidRPr="00000000">
        <w:rPr>
          <w:rtl w:val="0"/>
        </w:rPr>
      </w:r>
    </w:p>
    <w:p w:rsidR="00000000" w:rsidDel="00000000" w:rsidP="00000000" w:rsidRDefault="00000000" w:rsidRPr="00000000" w14:paraId="0000001F">
      <w:pPr>
        <w:spacing w:after="40" w:before="40" w:lineRule="auto"/>
        <w:rPr/>
      </w:pPr>
      <w:r w:rsidDel="00000000" w:rsidR="00000000" w:rsidRPr="00000000">
        <w:rPr>
          <w:rFonts w:ascii="Arial" w:cs="Arial" w:eastAsia="Arial" w:hAnsi="Arial"/>
          <w:b w:val="1"/>
          <w:bCs w:val="1"/>
          <w:color w:val="2b7a9e"/>
          <w:rtl w:val="0"/>
        </w:rPr>
        <w:t xml:space="preserve">• Duration: </w:t>
      </w:r>
      <w:r w:rsidDel="00000000" w:rsidR="00000000" w:rsidRPr="00000000">
        <w:rPr>
          <w:rFonts w:ascii="Arial" w:cs="Arial" w:eastAsia="Arial" w:hAnsi="Arial"/>
          <w:color w:val="323232"/>
          <w:rtl w:val="0"/>
        </w:rPr>
        <w:t xml:space="preserve">Approx. 1 hour (Organized by Viaggi dell’Elefante)</w:t>
      </w:r>
      <w:r w:rsidDel="00000000" w:rsidR="00000000" w:rsidRPr="00000000">
        <w:rPr>
          <w:rtl w:val="0"/>
        </w:rPr>
      </w:r>
    </w:p>
    <w:p w:rsidR="00000000" w:rsidDel="00000000" w:rsidP="00000000" w:rsidRDefault="00000000" w:rsidRPr="00000000" w14:paraId="00000020">
      <w:pPr>
        <w:spacing w:after="40" w:before="40" w:lineRule="auto"/>
        <w:rPr>
          <w:rFonts w:ascii="Arial" w:cs="Arial" w:eastAsia="Arial" w:hAnsi="Arial"/>
          <w:b w:val="1"/>
          <w:bCs w:val="1"/>
          <w:color w:val="1b365d"/>
        </w:rPr>
      </w:pPr>
      <w:r w:rsidDel="00000000" w:rsidR="00000000" w:rsidRPr="00000000">
        <w:rPr>
          <w:rFonts w:ascii="Arial" w:cs="Arial" w:eastAsia="Arial" w:hAnsi="Arial"/>
          <w:b w:val="1"/>
          <w:bCs w:val="1"/>
          <w:color w:val="2b7a9e"/>
          <w:rtl w:val="0"/>
        </w:rPr>
        <w:t xml:space="preserve">• Meeting Time: </w:t>
      </w:r>
      <w:r w:rsidDel="00000000" w:rsidR="00000000" w:rsidRPr="00000000">
        <w:rPr>
          <w:rFonts w:ascii="Arial" w:cs="Arial" w:eastAsia="Arial" w:hAnsi="Arial"/>
          <w:b w:val="1"/>
          <w:bCs w:val="1"/>
          <w:color w:val="1b365d"/>
          <w:rtl w:val="0"/>
        </w:rPr>
        <w:t xml:space="preserve">6:30pm CEST</w:t>
      </w:r>
    </w:p>
    <w:p w:rsidR="00000000" w:rsidDel="00000000" w:rsidP="00000000" w:rsidRDefault="00000000" w:rsidRPr="00000000" w14:paraId="00000021">
      <w:pPr>
        <w:spacing w:after="40" w:before="40" w:lineRule="auto"/>
        <w:rPr/>
      </w:pPr>
      <w:r w:rsidDel="00000000" w:rsidR="00000000" w:rsidRPr="00000000">
        <w:rPr>
          <w:rFonts w:ascii="Arial" w:cs="Arial" w:eastAsia="Arial" w:hAnsi="Arial"/>
          <w:b w:val="1"/>
          <w:bCs w:val="1"/>
          <w:color w:val="2b7a9e"/>
          <w:rtl w:val="0"/>
        </w:rPr>
        <w:t xml:space="preserve">• Meeting Point: </w:t>
      </w:r>
      <w:r w:rsidDel="00000000" w:rsidR="00000000" w:rsidRPr="00000000">
        <w:rPr>
          <w:rFonts w:ascii="Arial" w:cs="Arial" w:eastAsia="Arial" w:hAnsi="Arial"/>
          <w:b w:val="1"/>
          <w:bCs w:val="1"/>
          <w:color w:val="1b365d"/>
          <w:rtl w:val="0"/>
        </w:rPr>
        <w:t xml:space="preserve">In front of Gelateria Flor – Via Cavour 337, Rome (A short walk from Hotel Genova)</w:t>
      </w:r>
      <w:r w:rsidDel="00000000" w:rsidR="00000000" w:rsidRPr="00000000">
        <w:rPr>
          <w:rtl w:val="0"/>
        </w:rPr>
      </w:r>
    </w:p>
    <w:p w:rsidR="00000000" w:rsidDel="00000000" w:rsidP="00000000" w:rsidRDefault="00000000" w:rsidRPr="00000000" w14:paraId="00000022">
      <w:pPr>
        <w:spacing w:after="40" w:before="40" w:lineRule="auto"/>
        <w:rPr/>
      </w:pPr>
      <w:r w:rsidDel="00000000" w:rsidR="00000000" w:rsidRPr="00000000">
        <w:rPr>
          <w:rFonts w:ascii="Arial" w:cs="Arial" w:eastAsia="Arial" w:hAnsi="Arial"/>
          <w:b w:val="1"/>
          <w:bCs w:val="1"/>
          <w:color w:val="2b7a9e"/>
          <w:rtl w:val="0"/>
        </w:rPr>
        <w:t xml:space="preserve">• Tour Route: </w:t>
      </w:r>
      <w:sdt>
        <w:sdtPr>
          <w:id w:val="1547332184"/>
          <w:tag w:val="goog_rdk_0"/>
        </w:sdtPr>
        <w:sdtContent>
          <w:r w:rsidDel="00000000" w:rsidR="00000000" w:rsidRPr="00000000">
            <w:rPr>
              <w:rFonts w:ascii="Arial Unicode MS" w:cs="Arial Unicode MS" w:eastAsia="Arial Unicode MS" w:hAnsi="Arial Unicode MS"/>
              <w:color w:val="323232"/>
              <w:rtl w:val="0"/>
            </w:rPr>
            <w:t xml:space="preserve">Piazza Venezia ➔ Via dei Fori Imperiali ➔ Colosseum (exterior)</w:t>
          </w:r>
        </w:sdtContent>
      </w:sdt>
      <w:r w:rsidDel="00000000" w:rsidR="00000000" w:rsidRPr="00000000">
        <w:rPr>
          <w:rtl w:val="0"/>
        </w:rPr>
      </w:r>
    </w:p>
    <w:p w:rsidR="00000000" w:rsidDel="00000000" w:rsidP="00000000" w:rsidRDefault="00000000" w:rsidRPr="00000000" w14:paraId="00000023">
      <w:pPr>
        <w:spacing w:after="40" w:before="40" w:lineRule="auto"/>
        <w:rPr>
          <w:rFonts w:ascii="Arial" w:cs="Arial" w:eastAsia="Arial" w:hAnsi="Arial"/>
          <w:color w:val="323232"/>
        </w:rPr>
      </w:pPr>
      <w:r w:rsidDel="00000000" w:rsidR="00000000" w:rsidRPr="00000000">
        <w:rPr>
          <w:rFonts w:ascii="Arial" w:cs="Arial" w:eastAsia="Arial" w:hAnsi="Arial"/>
          <w:b w:val="1"/>
          <w:bCs w:val="1"/>
          <w:color w:val="2b7a9e"/>
          <w:rtl w:val="0"/>
        </w:rPr>
        <w:t xml:space="preserve">• End Point: </w:t>
      </w:r>
      <w:r w:rsidDel="00000000" w:rsidR="00000000" w:rsidRPr="00000000">
        <w:rPr>
          <w:rFonts w:ascii="Arial" w:cs="Arial" w:eastAsia="Arial" w:hAnsi="Arial"/>
          <w:color w:val="323232"/>
          <w:rtl w:val="0"/>
        </w:rPr>
        <w:t xml:space="preserve">Terrazze del Colosseo at 8:00pm CEST </w:t>
      </w:r>
    </w:p>
    <w:p w:rsidR="00000000" w:rsidDel="00000000" w:rsidP="00000000" w:rsidRDefault="00000000" w:rsidRPr="00000000" w14:paraId="00000024">
      <w:pPr>
        <w:spacing w:after="40" w:before="40" w:lineRule="auto"/>
        <w:rPr>
          <w:rFonts w:ascii="Arial" w:cs="Arial" w:eastAsia="Arial" w:hAnsi="Arial"/>
          <w:color w:val="323232"/>
        </w:rPr>
      </w:pPr>
      <w:r w:rsidDel="00000000" w:rsidR="00000000" w:rsidRPr="00000000">
        <w:rPr>
          <w:rtl w:val="0"/>
        </w:rPr>
      </w:r>
    </w:p>
    <w:p w:rsidR="00000000" w:rsidDel="00000000" w:rsidP="00000000" w:rsidRDefault="00000000" w:rsidRPr="00000000" w14:paraId="00000025">
      <w:pPr>
        <w:spacing w:after="40" w:before="40" w:lineRule="auto"/>
        <w:rPr>
          <w:rFonts w:ascii="Arial" w:cs="Arial" w:eastAsia="Arial" w:hAnsi="Arial"/>
          <w:color w:val="323232"/>
          <w:sz w:val="19"/>
          <w:szCs w:val="19"/>
        </w:rPr>
      </w:pPr>
      <w:r w:rsidDel="00000000" w:rsidR="00000000" w:rsidRPr="00000000">
        <w:rPr>
          <w:rFonts w:ascii="Arial" w:cs="Arial" w:eastAsia="Arial" w:hAnsi="Arial"/>
          <w:color w:val="323232"/>
          <w:sz w:val="19"/>
          <w:szCs w:val="19"/>
        </w:rPr>
        <w:drawing>
          <wp:inline distB="114300" distT="114300" distL="114300" distR="114300">
            <wp:extent cx="2874894" cy="1704190"/>
            <wp:effectExtent b="12700" l="12700" r="12700" t="1270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874894" cy="1704190"/>
                    </a:xfrm>
                    <a:prstGeom prst="rect"/>
                    <a:ln w="12700">
                      <a:solidFill>
                        <a:srgbClr val="000000"/>
                      </a:solidFill>
                      <a:prstDash val="solid"/>
                    </a:ln>
                  </pic:spPr>
                </pic:pic>
              </a:graphicData>
            </a:graphic>
          </wp:inline>
        </w:drawing>
      </w:r>
      <w:r w:rsidDel="00000000" w:rsidR="00000000" w:rsidRPr="00000000">
        <w:rPr>
          <w:rFonts w:ascii="Arial" w:cs="Arial" w:eastAsia="Arial" w:hAnsi="Arial"/>
          <w:color w:val="323232"/>
          <w:sz w:val="19"/>
          <w:szCs w:val="19"/>
        </w:rPr>
        <w:drawing>
          <wp:inline distB="114300" distT="114300" distL="114300" distR="114300">
            <wp:extent cx="2606993" cy="1729558"/>
            <wp:effectExtent b="0" l="0" r="0" t="0"/>
            <wp:docPr id="6"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606993" cy="1729558"/>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40" w:before="40" w:lineRule="auto"/>
        <w:rPr>
          <w:rFonts w:ascii="Arial" w:cs="Arial" w:eastAsia="Arial" w:hAnsi="Arial"/>
          <w:color w:val="323232"/>
          <w:sz w:val="19"/>
          <w:szCs w:val="19"/>
        </w:rPr>
      </w:pPr>
      <w:r w:rsidDel="00000000" w:rsidR="00000000" w:rsidRPr="00000000">
        <w:rPr>
          <w:rtl w:val="0"/>
        </w:rPr>
      </w:r>
    </w:p>
    <w:p w:rsidR="00000000" w:rsidDel="00000000" w:rsidP="00000000" w:rsidRDefault="00000000" w:rsidRPr="00000000" w14:paraId="00000027">
      <w:pPr>
        <w:spacing w:after="40" w:before="40" w:lineRule="auto"/>
        <w:rPr>
          <w:rFonts w:ascii="Arial" w:cs="Arial" w:eastAsia="Arial" w:hAnsi="Arial"/>
          <w:color w:val="323232"/>
          <w:sz w:val="19"/>
          <w:szCs w:val="19"/>
        </w:rPr>
      </w:pPr>
      <w:r w:rsidDel="00000000" w:rsidR="00000000" w:rsidRPr="00000000">
        <w:rPr>
          <w:rFonts w:ascii="Arial" w:cs="Arial" w:eastAsia="Arial" w:hAnsi="Arial"/>
          <w:color w:val="323232"/>
          <w:sz w:val="19"/>
          <w:szCs w:val="19"/>
        </w:rPr>
        <w:drawing>
          <wp:inline distB="114300" distT="114300" distL="114300" distR="114300">
            <wp:extent cx="4540568" cy="3215855"/>
            <wp:effectExtent b="0" l="0" r="0" t="0"/>
            <wp:docPr id="5"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4540568" cy="3215855"/>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after="40" w:before="40" w:lineRule="auto"/>
        <w:rPr>
          <w:rFonts w:ascii="Arial" w:cs="Arial" w:eastAsia="Arial" w:hAnsi="Arial"/>
          <w:color w:val="323232"/>
          <w:sz w:val="19"/>
          <w:szCs w:val="19"/>
        </w:rPr>
      </w:pPr>
      <w:r w:rsidDel="00000000" w:rsidR="00000000" w:rsidRPr="00000000">
        <w:rPr>
          <w:rtl w:val="0"/>
        </w:rPr>
      </w:r>
    </w:p>
    <w:p w:rsidR="00000000" w:rsidDel="00000000" w:rsidP="00000000" w:rsidRDefault="00000000" w:rsidRPr="00000000" w14:paraId="00000029">
      <w:pPr>
        <w:spacing w:after="80" w:lineRule="auto"/>
        <w:rPr>
          <w:rFonts w:ascii="Arial" w:cs="Arial" w:eastAsia="Arial" w:hAnsi="Arial"/>
          <w:b w:val="1"/>
          <w:bCs w:val="1"/>
          <w:color w:val="386635"/>
          <w:sz w:val="36"/>
          <w:szCs w:val="36"/>
        </w:rPr>
      </w:pPr>
      <w:r w:rsidDel="00000000" w:rsidR="00000000" w:rsidRPr="00000000">
        <w:rPr>
          <w:rFonts w:ascii="Arial" w:cs="Arial" w:eastAsia="Arial" w:hAnsi="Arial"/>
          <w:b w:val="1"/>
          <w:bCs w:val="1"/>
          <w:color w:val="386635"/>
          <w:sz w:val="36"/>
          <w:szCs w:val="36"/>
          <w:rtl w:val="0"/>
        </w:rPr>
        <w:t xml:space="preserve">6 </w:t>
      </w:r>
      <w:r w:rsidDel="00000000" w:rsidR="00000000" w:rsidRPr="00000000">
        <w:rPr>
          <w:rFonts w:ascii="Arial" w:cs="Arial" w:eastAsia="Arial" w:hAnsi="Arial"/>
          <w:b w:val="1"/>
          <w:bCs w:val="1"/>
          <w:color w:val="386635"/>
          <w:sz w:val="36"/>
          <w:szCs w:val="36"/>
          <w:rtl w:val="0"/>
        </w:rPr>
        <w:t xml:space="preserve">OCTOBER</w:t>
      </w:r>
      <w:r w:rsidDel="00000000" w:rsidR="00000000" w:rsidRPr="00000000">
        <w:rPr>
          <w:rtl w:val="0"/>
        </w:rPr>
      </w:r>
    </w:p>
    <w:p w:rsidR="00000000" w:rsidDel="00000000" w:rsidP="00000000" w:rsidRDefault="00000000" w:rsidRPr="00000000" w14:paraId="0000002A">
      <w:pPr>
        <w:spacing w:after="80" w:lineRule="auto"/>
        <w:rPr>
          <w:sz w:val="36"/>
          <w:szCs w:val="36"/>
        </w:rPr>
      </w:pPr>
      <w:r w:rsidDel="00000000" w:rsidR="00000000" w:rsidRPr="00000000">
        <w:rPr>
          <w:rFonts w:ascii="Arial" w:cs="Arial" w:eastAsia="Arial" w:hAnsi="Arial"/>
          <w:b w:val="1"/>
          <w:bCs w:val="1"/>
          <w:color w:val="1b365d"/>
          <w:sz w:val="36"/>
          <w:szCs w:val="36"/>
          <w:rtl w:val="0"/>
        </w:rPr>
        <w:t xml:space="preserve">Social Aperitif-Dinner at Terrazze al Colosseo</w:t>
      </w:r>
      <w:r w:rsidDel="00000000" w:rsidR="00000000" w:rsidRPr="00000000">
        <w:rPr>
          <w:rtl w:val="0"/>
        </w:rPr>
      </w:r>
    </w:p>
    <w:p w:rsidR="00000000" w:rsidDel="00000000" w:rsidP="00000000" w:rsidRDefault="00000000" w:rsidRPr="00000000" w14:paraId="0000002B">
      <w:pPr>
        <w:spacing w:after="40" w:before="40" w:lineRule="auto"/>
        <w:rPr/>
      </w:pPr>
      <w:r w:rsidDel="00000000" w:rsidR="00000000" w:rsidRPr="00000000">
        <w:rPr>
          <w:rFonts w:ascii="Arial" w:cs="Arial" w:eastAsia="Arial" w:hAnsi="Arial"/>
          <w:b w:val="1"/>
          <w:bCs w:val="1"/>
          <w:color w:val="2b7a9e"/>
          <w:rtl w:val="0"/>
        </w:rPr>
        <w:t xml:space="preserve">• Time: </w:t>
      </w:r>
      <w:r w:rsidDel="00000000" w:rsidR="00000000" w:rsidRPr="00000000">
        <w:rPr>
          <w:rFonts w:ascii="Arial" w:cs="Arial" w:eastAsia="Arial" w:hAnsi="Arial"/>
          <w:b w:val="1"/>
          <w:bCs w:val="1"/>
          <w:color w:val="1b365d"/>
          <w:rtl w:val="0"/>
        </w:rPr>
        <w:t xml:space="preserve">8:00pm CEST</w:t>
      </w:r>
      <w:r w:rsidDel="00000000" w:rsidR="00000000" w:rsidRPr="00000000">
        <w:rPr>
          <w:rtl w:val="0"/>
        </w:rPr>
      </w:r>
    </w:p>
    <w:p w:rsidR="00000000" w:rsidDel="00000000" w:rsidP="00000000" w:rsidRDefault="00000000" w:rsidRPr="00000000" w14:paraId="0000002C">
      <w:pPr>
        <w:spacing w:after="40" w:before="40" w:lineRule="auto"/>
        <w:rPr/>
      </w:pPr>
      <w:r w:rsidDel="00000000" w:rsidR="00000000" w:rsidRPr="00000000">
        <w:rPr>
          <w:rFonts w:ascii="Arial" w:cs="Arial" w:eastAsia="Arial" w:hAnsi="Arial"/>
          <w:b w:val="1"/>
          <w:bCs w:val="1"/>
          <w:color w:val="2b7a9e"/>
          <w:rtl w:val="0"/>
        </w:rPr>
        <w:t xml:space="preserve">• Venue: </w:t>
      </w:r>
      <w:r w:rsidDel="00000000" w:rsidR="00000000" w:rsidRPr="00000000">
        <w:rPr>
          <w:rFonts w:ascii="Arial" w:cs="Arial" w:eastAsia="Arial" w:hAnsi="Arial"/>
          <w:b w:val="1"/>
          <w:bCs w:val="1"/>
          <w:color w:val="1b365d"/>
          <w:rtl w:val="0"/>
        </w:rPr>
        <w:t xml:space="preserve">Room Mate Collection Mia, Rome Colosseum (Terrazze al Colosseo)</w:t>
      </w:r>
      <w:r w:rsidDel="00000000" w:rsidR="00000000" w:rsidRPr="00000000">
        <w:rPr>
          <w:rtl w:val="0"/>
        </w:rPr>
      </w:r>
    </w:p>
    <w:p w:rsidR="00000000" w:rsidDel="00000000" w:rsidP="00000000" w:rsidRDefault="00000000" w:rsidRPr="00000000" w14:paraId="0000002D">
      <w:pPr>
        <w:spacing w:after="40" w:before="40" w:lineRule="auto"/>
        <w:rPr/>
      </w:pPr>
      <w:r w:rsidDel="00000000" w:rsidR="00000000" w:rsidRPr="00000000">
        <w:rPr>
          <w:rFonts w:ascii="Arial" w:cs="Arial" w:eastAsia="Arial" w:hAnsi="Arial"/>
          <w:b w:val="1"/>
          <w:bCs w:val="1"/>
          <w:color w:val="2b7a9e"/>
          <w:rtl w:val="0"/>
        </w:rPr>
        <w:t xml:space="preserve">• Address: </w:t>
      </w:r>
      <w:r w:rsidDel="00000000" w:rsidR="00000000" w:rsidRPr="00000000">
        <w:rPr>
          <w:rFonts w:ascii="Arial" w:cs="Arial" w:eastAsia="Arial" w:hAnsi="Arial"/>
          <w:color w:val="323232"/>
          <w:rtl w:val="0"/>
        </w:rPr>
        <w:t xml:space="preserve">Via Capo d'Africa 54, 00184 Rome, Italy</w:t>
      </w:r>
      <w:r w:rsidDel="00000000" w:rsidR="00000000" w:rsidRPr="00000000">
        <w:rPr>
          <w:rtl w:val="0"/>
        </w:rPr>
      </w:r>
    </w:p>
    <w:p w:rsidR="00000000" w:rsidDel="00000000" w:rsidP="00000000" w:rsidRDefault="00000000" w:rsidRPr="00000000" w14:paraId="0000002E">
      <w:pPr>
        <w:spacing w:after="160" w:lineRule="auto"/>
        <w:rPr/>
      </w:pPr>
      <w:r w:rsidDel="00000000" w:rsidR="00000000" w:rsidRPr="00000000">
        <w:rPr>
          <w:rtl w:val="0"/>
        </w:rPr>
      </w:r>
    </w:p>
    <w:p w:rsidR="00000000" w:rsidDel="00000000" w:rsidP="00000000" w:rsidRDefault="00000000" w:rsidRPr="00000000" w14:paraId="0000002F">
      <w:pPr>
        <w:spacing w:after="160" w:lineRule="auto"/>
        <w:rPr/>
      </w:pPr>
      <w:r w:rsidDel="00000000" w:rsidR="00000000" w:rsidRPr="00000000">
        <w:rPr>
          <w:rtl w:val="0"/>
        </w:rPr>
      </w:r>
    </w:p>
    <w:p w:rsidR="00000000" w:rsidDel="00000000" w:rsidP="00000000" w:rsidRDefault="00000000" w:rsidRPr="00000000" w14:paraId="00000030">
      <w:pPr>
        <w:spacing w:after="40" w:before="40" w:lineRule="auto"/>
        <w:rPr/>
      </w:pPr>
      <w:r w:rsidDel="00000000" w:rsidR="00000000" w:rsidRPr="00000000">
        <w:rPr>
          <w:rFonts w:ascii="Arial" w:cs="Arial" w:eastAsia="Arial" w:hAnsi="Arial"/>
          <w:color w:val="323232"/>
          <w:sz w:val="19"/>
          <w:szCs w:val="19"/>
        </w:rPr>
        <w:drawing>
          <wp:inline distB="114300" distT="114300" distL="114300" distR="114300">
            <wp:extent cx="5247880" cy="3454717"/>
            <wp:effectExtent b="0" l="0" r="0" t="0"/>
            <wp:docPr id="7"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247880" cy="3454717"/>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160" w:lineRule="auto"/>
        <w:rPr/>
      </w:pPr>
      <w:r w:rsidDel="00000000" w:rsidR="00000000" w:rsidRPr="00000000">
        <w:rPr>
          <w:rtl w:val="0"/>
        </w:rPr>
      </w:r>
    </w:p>
    <w:p w:rsidR="00000000" w:rsidDel="00000000" w:rsidP="00000000" w:rsidRDefault="00000000" w:rsidRPr="00000000" w14:paraId="00000032">
      <w:pPr>
        <w:spacing w:after="160" w:lineRule="auto"/>
        <w:rPr/>
      </w:pPr>
      <w:r w:rsidDel="00000000" w:rsidR="00000000" w:rsidRPr="00000000">
        <w:rPr>
          <w:rtl w:val="0"/>
        </w:rPr>
      </w:r>
    </w:p>
    <w:p w:rsidR="00000000" w:rsidDel="00000000" w:rsidP="00000000" w:rsidRDefault="00000000" w:rsidRPr="00000000" w14:paraId="00000033">
      <w:pPr>
        <w:spacing w:after="160" w:lineRule="auto"/>
        <w:rPr/>
      </w:pPr>
      <w:r w:rsidDel="00000000" w:rsidR="00000000" w:rsidRPr="00000000">
        <w:rPr>
          <w:rtl w:val="0"/>
        </w:rPr>
      </w:r>
    </w:p>
    <w:p w:rsidR="00000000" w:rsidDel="00000000" w:rsidP="00000000" w:rsidRDefault="00000000" w:rsidRPr="00000000" w14:paraId="00000034">
      <w:pPr>
        <w:spacing w:after="160" w:lineRule="auto"/>
        <w:rPr/>
      </w:pPr>
      <w:r w:rsidDel="00000000" w:rsidR="00000000" w:rsidRPr="00000000">
        <w:rPr>
          <w:rtl w:val="0"/>
        </w:rPr>
      </w:r>
    </w:p>
    <w:p w:rsidR="00000000" w:rsidDel="00000000" w:rsidP="00000000" w:rsidRDefault="00000000" w:rsidRPr="00000000" w14:paraId="00000035">
      <w:pPr>
        <w:spacing w:after="160" w:lineRule="auto"/>
        <w:rPr/>
      </w:pPr>
      <w:r w:rsidDel="00000000" w:rsidR="00000000" w:rsidRPr="00000000">
        <w:rPr>
          <w:rtl w:val="0"/>
        </w:rPr>
      </w:r>
    </w:p>
    <w:p w:rsidR="00000000" w:rsidDel="00000000" w:rsidP="00000000" w:rsidRDefault="00000000" w:rsidRPr="00000000" w14:paraId="00000036">
      <w:pPr>
        <w:spacing w:after="160" w:lineRule="auto"/>
        <w:rPr/>
      </w:pPr>
      <w:r w:rsidDel="00000000" w:rsidR="00000000" w:rsidRPr="00000000">
        <w:rPr>
          <w:rtl w:val="0"/>
        </w:rPr>
      </w:r>
    </w:p>
    <w:p w:rsidR="00000000" w:rsidDel="00000000" w:rsidP="00000000" w:rsidRDefault="00000000" w:rsidRPr="00000000" w14:paraId="00000037">
      <w:pPr>
        <w:spacing w:after="160" w:lineRule="auto"/>
        <w:rPr/>
      </w:pPr>
      <w:r w:rsidDel="00000000" w:rsidR="00000000" w:rsidRPr="00000000">
        <w:rPr>
          <w:rtl w:val="0"/>
        </w:rPr>
      </w:r>
    </w:p>
    <w:p w:rsidR="00000000" w:rsidDel="00000000" w:rsidP="00000000" w:rsidRDefault="00000000" w:rsidRPr="00000000" w14:paraId="00000038">
      <w:pPr>
        <w:spacing w:after="160" w:lineRule="auto"/>
        <w:rPr/>
      </w:pPr>
      <w:r w:rsidDel="00000000" w:rsidR="00000000" w:rsidRPr="00000000">
        <w:rPr>
          <w:rtl w:val="0"/>
        </w:rPr>
      </w:r>
    </w:p>
    <w:p w:rsidR="00000000" w:rsidDel="00000000" w:rsidP="00000000" w:rsidRDefault="00000000" w:rsidRPr="00000000" w14:paraId="00000039">
      <w:pPr>
        <w:spacing w:after="160" w:lineRule="auto"/>
        <w:rPr/>
      </w:pPr>
      <w:r w:rsidDel="00000000" w:rsidR="00000000" w:rsidRPr="00000000">
        <w:rPr>
          <w:rtl w:val="0"/>
        </w:rPr>
      </w:r>
    </w:p>
    <w:p w:rsidR="00000000" w:rsidDel="00000000" w:rsidP="00000000" w:rsidRDefault="00000000" w:rsidRPr="00000000" w14:paraId="0000003A">
      <w:pPr>
        <w:spacing w:after="160" w:lineRule="auto"/>
        <w:rPr/>
      </w:pPr>
      <w:r w:rsidDel="00000000" w:rsidR="00000000" w:rsidRPr="00000000">
        <w:rPr>
          <w:rtl w:val="0"/>
        </w:rPr>
      </w:r>
    </w:p>
    <w:p w:rsidR="00000000" w:rsidDel="00000000" w:rsidP="00000000" w:rsidRDefault="00000000" w:rsidRPr="00000000" w14:paraId="0000003B">
      <w:pPr>
        <w:spacing w:after="80" w:lineRule="auto"/>
        <w:rPr>
          <w:rFonts w:ascii="Arial" w:cs="Arial" w:eastAsia="Arial" w:hAnsi="Arial"/>
          <w:b w:val="1"/>
          <w:bCs w:val="1"/>
          <w:color w:val="386635"/>
          <w:sz w:val="36"/>
          <w:szCs w:val="36"/>
        </w:rPr>
      </w:pPr>
      <w:r w:rsidDel="00000000" w:rsidR="00000000" w:rsidRPr="00000000">
        <w:rPr>
          <w:rFonts w:ascii="Arial" w:cs="Arial" w:eastAsia="Arial" w:hAnsi="Arial"/>
          <w:b w:val="1"/>
          <w:bCs w:val="1"/>
          <w:color w:val="386635"/>
          <w:sz w:val="36"/>
          <w:szCs w:val="36"/>
          <w:rtl w:val="0"/>
        </w:rPr>
        <w:t xml:space="preserve">7 OCTOBER</w:t>
      </w:r>
    </w:p>
    <w:p w:rsidR="00000000" w:rsidDel="00000000" w:rsidP="00000000" w:rsidRDefault="00000000" w:rsidRPr="00000000" w14:paraId="0000003C">
      <w:pPr>
        <w:spacing w:after="80" w:lineRule="auto"/>
        <w:rPr>
          <w:rFonts w:ascii="Arial" w:cs="Arial" w:eastAsia="Arial" w:hAnsi="Arial"/>
          <w:b w:val="1"/>
          <w:bCs w:val="1"/>
          <w:color w:val="1b365d"/>
          <w:sz w:val="36"/>
          <w:szCs w:val="36"/>
        </w:rPr>
      </w:pPr>
      <w:r w:rsidDel="00000000" w:rsidR="00000000" w:rsidRPr="00000000">
        <w:rPr>
          <w:rFonts w:ascii="Arial" w:cs="Arial" w:eastAsia="Arial" w:hAnsi="Arial"/>
          <w:b w:val="1"/>
          <w:bCs w:val="1"/>
          <w:color w:val="1b365d"/>
          <w:sz w:val="36"/>
          <w:szCs w:val="36"/>
          <w:rtl w:val="0"/>
        </w:rPr>
        <w:t xml:space="preserve">Working Dinner</w:t>
      </w:r>
    </w:p>
    <w:p w:rsidR="00000000" w:rsidDel="00000000" w:rsidP="00000000" w:rsidRDefault="00000000" w:rsidRPr="00000000" w14:paraId="0000003D">
      <w:pPr>
        <w:spacing w:after="80" w:lineRule="auto"/>
        <w:rPr>
          <w:rFonts w:ascii="Arial" w:cs="Arial" w:eastAsia="Arial" w:hAnsi="Arial"/>
          <w:b w:val="1"/>
          <w:bCs w:val="1"/>
          <w:color w:val="1b365d"/>
          <w:sz w:val="36"/>
          <w:szCs w:val="36"/>
        </w:rPr>
      </w:pPr>
      <w:r w:rsidDel="00000000" w:rsidR="00000000" w:rsidRPr="00000000">
        <w:rPr>
          <w:rtl w:val="0"/>
        </w:rPr>
      </w:r>
    </w:p>
    <w:p w:rsidR="00000000" w:rsidDel="00000000" w:rsidP="00000000" w:rsidRDefault="00000000" w:rsidRPr="00000000" w14:paraId="0000003E">
      <w:pPr>
        <w:spacing w:after="40" w:before="40" w:lineRule="auto"/>
        <w:rPr>
          <w:rFonts w:ascii="Arial" w:cs="Arial" w:eastAsia="Arial" w:hAnsi="Arial"/>
          <w:b w:val="1"/>
          <w:bCs w:val="1"/>
          <w:color w:val="1b365d"/>
        </w:rPr>
      </w:pPr>
      <w:r w:rsidDel="00000000" w:rsidR="00000000" w:rsidRPr="00000000">
        <w:rPr>
          <w:rFonts w:ascii="Arial" w:cs="Arial" w:eastAsia="Arial" w:hAnsi="Arial"/>
          <w:b w:val="1"/>
          <w:bCs w:val="1"/>
          <w:color w:val="2b7a9e"/>
          <w:rtl w:val="0"/>
        </w:rPr>
        <w:t xml:space="preserve">• Time: </w:t>
      </w:r>
      <w:r w:rsidDel="00000000" w:rsidR="00000000" w:rsidRPr="00000000">
        <w:rPr>
          <w:rFonts w:ascii="Arial" w:cs="Arial" w:eastAsia="Arial" w:hAnsi="Arial"/>
          <w:b w:val="1"/>
          <w:bCs w:val="1"/>
          <w:color w:val="1b365d"/>
          <w:rtl w:val="0"/>
        </w:rPr>
        <w:t xml:space="preserve">7:30pm CEST </w:t>
      </w:r>
    </w:p>
    <w:p w:rsidR="00000000" w:rsidDel="00000000" w:rsidP="00000000" w:rsidRDefault="00000000" w:rsidRPr="00000000" w14:paraId="0000003F">
      <w:pPr>
        <w:spacing w:after="40" w:before="40" w:lineRule="auto"/>
        <w:rPr/>
      </w:pPr>
      <w:r w:rsidDel="00000000" w:rsidR="00000000" w:rsidRPr="00000000">
        <w:rPr>
          <w:rFonts w:ascii="Arial" w:cs="Arial" w:eastAsia="Arial" w:hAnsi="Arial"/>
          <w:b w:val="1"/>
          <w:bCs w:val="1"/>
          <w:color w:val="2b7a9e"/>
          <w:rtl w:val="0"/>
        </w:rPr>
        <w:t xml:space="preserve">• Venue: </w:t>
      </w:r>
      <w:hyperlink r:id="rId14">
        <w:r w:rsidDel="00000000" w:rsidR="00000000" w:rsidRPr="00000000">
          <w:rPr>
            <w:rFonts w:ascii="Arial" w:cs="Arial" w:eastAsia="Arial" w:hAnsi="Arial"/>
            <w:b w:val="1"/>
            <w:bCs w:val="1"/>
            <w:color w:val="1155cc"/>
            <w:u w:val="single"/>
            <w:rtl w:val="0"/>
          </w:rPr>
          <w:t xml:space="preserve">Osteria Il Bocconcino</w:t>
        </w:r>
      </w:hyperlink>
      <w:r w:rsidDel="00000000" w:rsidR="00000000" w:rsidRPr="00000000">
        <w:rPr>
          <w:rtl w:val="0"/>
        </w:rPr>
      </w:r>
    </w:p>
    <w:p w:rsidR="00000000" w:rsidDel="00000000" w:rsidP="00000000" w:rsidRDefault="00000000" w:rsidRPr="00000000" w14:paraId="00000040">
      <w:pPr>
        <w:spacing w:after="40" w:before="40" w:lineRule="auto"/>
        <w:rPr>
          <w:rFonts w:ascii="Arial" w:cs="Arial" w:eastAsia="Arial" w:hAnsi="Arial"/>
          <w:color w:val="323232"/>
        </w:rPr>
      </w:pPr>
      <w:r w:rsidDel="00000000" w:rsidR="00000000" w:rsidRPr="00000000">
        <w:rPr>
          <w:rFonts w:ascii="Arial" w:cs="Arial" w:eastAsia="Arial" w:hAnsi="Arial"/>
          <w:b w:val="1"/>
          <w:bCs w:val="1"/>
          <w:color w:val="2b7a9e"/>
          <w:rtl w:val="0"/>
        </w:rPr>
        <w:t xml:space="preserve">• Address: </w:t>
      </w:r>
      <w:r w:rsidDel="00000000" w:rsidR="00000000" w:rsidRPr="00000000">
        <w:rPr>
          <w:rFonts w:ascii="Arial" w:cs="Arial" w:eastAsia="Arial" w:hAnsi="Arial"/>
          <w:color w:val="323232"/>
          <w:rtl w:val="0"/>
        </w:rPr>
        <w:t xml:space="preserve">Via Ostilia 23, 00184 Rome, Italy (Colosseum area)</w:t>
      </w:r>
    </w:p>
    <w:p w:rsidR="00000000" w:rsidDel="00000000" w:rsidP="00000000" w:rsidRDefault="00000000" w:rsidRPr="00000000" w14:paraId="00000041">
      <w:pPr>
        <w:spacing w:after="40" w:before="40" w:lineRule="auto"/>
        <w:rPr>
          <w:rFonts w:ascii="Arial" w:cs="Arial" w:eastAsia="Arial" w:hAnsi="Arial"/>
          <w:color w:val="323232"/>
        </w:rPr>
      </w:pPr>
      <w:r w:rsidDel="00000000" w:rsidR="00000000" w:rsidRPr="00000000">
        <w:rPr>
          <w:rtl w:val="0"/>
        </w:rPr>
      </w:r>
    </w:p>
    <w:p w:rsidR="00000000" w:rsidDel="00000000" w:rsidP="00000000" w:rsidRDefault="00000000" w:rsidRPr="00000000" w14:paraId="00000042">
      <w:pPr>
        <w:spacing w:after="40" w:before="40" w:lineRule="auto"/>
        <w:rPr>
          <w:rFonts w:ascii="Arial" w:cs="Arial" w:eastAsia="Arial" w:hAnsi="Arial"/>
          <w:color w:val="323232"/>
        </w:rPr>
      </w:pPr>
      <w:r w:rsidDel="00000000" w:rsidR="00000000" w:rsidRPr="00000000">
        <w:rPr>
          <w:rFonts w:ascii="Arial" w:cs="Arial" w:eastAsia="Arial" w:hAnsi="Arial"/>
          <w:color w:val="323232"/>
        </w:rPr>
        <w:drawing>
          <wp:inline distB="114300" distT="114300" distL="114300" distR="114300">
            <wp:extent cx="6309360" cy="3543300"/>
            <wp:effectExtent b="0" l="0" r="0" t="0"/>
            <wp:docPr id="1"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630936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40" w:before="40" w:lineRule="auto"/>
        <w:rPr>
          <w:rFonts w:ascii="Arial" w:cs="Arial" w:eastAsia="Arial" w:hAnsi="Arial"/>
          <w:color w:val="323232"/>
        </w:rPr>
      </w:pPr>
      <w:r w:rsidDel="00000000" w:rsidR="00000000" w:rsidRPr="00000000">
        <w:rPr>
          <w:rtl w:val="0"/>
        </w:rPr>
      </w:r>
    </w:p>
    <w:p w:rsidR="00000000" w:rsidDel="00000000" w:rsidP="00000000" w:rsidRDefault="00000000" w:rsidRPr="00000000" w14:paraId="00000044">
      <w:pPr>
        <w:spacing w:after="40" w:before="40" w:lineRule="auto"/>
        <w:rPr>
          <w:rFonts w:ascii="Arial" w:cs="Arial" w:eastAsia="Arial" w:hAnsi="Arial"/>
          <w:color w:val="323232"/>
        </w:rPr>
      </w:pPr>
      <w:r w:rsidDel="00000000" w:rsidR="00000000" w:rsidRPr="00000000">
        <w:rPr>
          <w:rtl w:val="0"/>
        </w:rPr>
      </w:r>
    </w:p>
    <w:p w:rsidR="00000000" w:rsidDel="00000000" w:rsidP="00000000" w:rsidRDefault="00000000" w:rsidRPr="00000000" w14:paraId="00000045">
      <w:pPr>
        <w:spacing w:after="40" w:before="40" w:lineRule="auto"/>
        <w:rPr>
          <w:rFonts w:ascii="Arial" w:cs="Arial" w:eastAsia="Arial" w:hAnsi="Arial"/>
          <w:color w:val="323232"/>
        </w:rPr>
      </w:pPr>
      <w:r w:rsidDel="00000000" w:rsidR="00000000" w:rsidRPr="00000000">
        <w:rPr>
          <w:rtl w:val="0"/>
        </w:rPr>
      </w:r>
    </w:p>
    <w:p w:rsidR="00000000" w:rsidDel="00000000" w:rsidP="00000000" w:rsidRDefault="00000000" w:rsidRPr="00000000" w14:paraId="00000046">
      <w:pPr>
        <w:spacing w:after="40" w:before="40" w:lineRule="auto"/>
        <w:rPr>
          <w:rFonts w:ascii="Arial" w:cs="Arial" w:eastAsia="Arial" w:hAnsi="Arial"/>
          <w:color w:val="323232"/>
        </w:rPr>
      </w:pPr>
      <w:r w:rsidDel="00000000" w:rsidR="00000000" w:rsidRPr="00000000">
        <w:rPr>
          <w:rFonts w:ascii="Arial" w:cs="Arial" w:eastAsia="Arial" w:hAnsi="Arial"/>
          <w:color w:val="323232"/>
          <w:rtl w:val="0"/>
        </w:rPr>
        <w:t xml:space="preserve">—------------------------------------------------------------------------------------------------------------------------—--------</w:t>
      </w:r>
    </w:p>
    <w:p w:rsidR="00000000" w:rsidDel="00000000" w:rsidP="00000000" w:rsidRDefault="00000000" w:rsidRPr="00000000" w14:paraId="00000047">
      <w:pPr>
        <w:spacing w:after="40" w:before="40" w:lineRule="auto"/>
        <w:rPr>
          <w:rFonts w:ascii="Arial" w:cs="Arial" w:eastAsia="Arial" w:hAnsi="Arial"/>
          <w:color w:val="323232"/>
        </w:rPr>
      </w:pPr>
      <w:r w:rsidDel="00000000" w:rsidR="00000000" w:rsidRPr="00000000">
        <w:rPr>
          <w:rtl w:val="0"/>
        </w:rPr>
      </w:r>
    </w:p>
    <w:p w:rsidR="00000000" w:rsidDel="00000000" w:rsidP="00000000" w:rsidRDefault="00000000" w:rsidRPr="00000000" w14:paraId="00000048">
      <w:pPr>
        <w:spacing w:after="40" w:before="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For any urgent needs or in case of emergency during the meeting, please contact:</w:t>
      </w:r>
    </w:p>
    <w:p w:rsidR="00000000" w:rsidDel="00000000" w:rsidP="00000000" w:rsidRDefault="00000000" w:rsidRPr="00000000" w14:paraId="00000049">
      <w:pPr>
        <w:spacing w:after="40" w:before="40" w:lineRule="auto"/>
        <w:rPr>
          <w:rFonts w:ascii="Arial" w:cs="Arial" w:eastAsia="Arial" w:hAnsi="Arial"/>
          <w:b w:val="1"/>
          <w:bCs w:val="1"/>
          <w:color w:val="0000ff"/>
        </w:rPr>
      </w:pPr>
      <w:r w:rsidDel="00000000" w:rsidR="00000000" w:rsidRPr="00000000">
        <w:rPr>
          <w:rFonts w:ascii="Arial" w:cs="Arial" w:eastAsia="Arial" w:hAnsi="Arial"/>
          <w:b w:val="1"/>
          <w:bCs w:val="1"/>
          <w:color w:val="0000ff"/>
          <w:sz w:val="24"/>
          <w:szCs w:val="24"/>
          <w:rtl w:val="0"/>
        </w:rPr>
        <w:t xml:space="preserve">Valentina Tegas at +39 340 5951858</w:t>
      </w:r>
      <w:r w:rsidDel="00000000" w:rsidR="00000000" w:rsidRPr="00000000">
        <w:rPr>
          <w:rtl w:val="0"/>
        </w:rPr>
      </w:r>
    </w:p>
    <w:sectPr>
      <w:headerReference r:id="rId16" w:type="default"/>
      <w:footerReference r:id="rId17" w:type="default"/>
      <w:pgSz w:h="15840" w:w="12240"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tabs>
        <w:tab w:val="center" w:leader="none" w:pos="4819"/>
        <w:tab w:val="right" w:leader="none" w:pos="9638"/>
      </w:tabs>
      <w:spacing w:after="0" w:line="240" w:lineRule="auto"/>
      <w:rPr/>
    </w:pPr>
    <w:r w:rsidDel="00000000" w:rsidR="00000000" w:rsidRPr="00000000">
      <w:rPr>
        <w:rFonts w:ascii="Calibri" w:cs="Calibri" w:eastAsia="Calibri" w:hAnsi="Calibri"/>
        <w:sz w:val="24"/>
        <w:szCs w:val="24"/>
      </w:rPr>
      <w:drawing>
        <wp:inline distB="114300" distT="114300" distL="114300" distR="114300">
          <wp:extent cx="1327824" cy="692467"/>
          <wp:effectExtent b="0" l="0" r="0" t="0"/>
          <wp:docPr id="8"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327824" cy="6924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1.png"/><Relationship Id="rId13" Type="http://schemas.openxmlformats.org/officeDocument/2006/relationships/image" Target="media/image5.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7.png"/><Relationship Id="rId14" Type="http://schemas.openxmlformats.org/officeDocument/2006/relationships/hyperlink" Target="https://www.ilbocconcino.com/"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ooking.com/hotel/it/genova-roma.en-gb.html?aid=2276568&amp;label=msn-5I_KiHuK4xvFzQa%2AStkbOg-80127057349451%3Atikwd-80127209115361%3Aloc-243779%3Aneo%3Amte%3Alp266086%3Adec%3Acid578339916%3Aagid1282031040435588%3Aclkidb67ef4835d2118532d9c9e3d472af96c&amp;sid=6efe067a6a65bbdca52c18dc79f95803&amp;dest_id=-126693&amp;dest_type=city&amp;dist=0&amp;group_adults=2&amp;group_children=0&amp;hapos=1&amp;hpos=1&amp;no_rooms=1&amp;req_adults=2&amp;req_children=0&amp;room1=A%2CA&amp;sb_price_type=total&amp;sr_order=popularity&amp;srepoch=1790843809&amp;srpvid=5c503c5014f50574&amp;type=total&amp;ucfs=1&amp;" TargetMode="External"/><Relationship Id="rId8"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3AXFBZFpFujyrBM0Q5vezImkZw==">CgMxLjAaJAoBMBIfCh0IB0IZCgVBcmlhbBIQQXJpYWwgVW5pY29kZSBNUzgAciExd2VpZjBxbUpfbjZINjlwd0pqTzZBcUNYOWxaUW9oaV8=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